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7F3D8F" w14:textId="77777777" w:rsidR="007E75D2" w:rsidRDefault="00772599">
      <w:pPr>
        <w:spacing w:after="0" w:line="240" w:lineRule="auto"/>
      </w:pPr>
      <w:r>
        <w:rPr>
          <w:noProof/>
        </w:rPr>
        <w:drawing>
          <wp:inline distT="0" distB="0" distL="0" distR="0" wp14:anchorId="119FDCFD" wp14:editId="3CED8DBB">
            <wp:extent cx="6675120" cy="777577"/>
            <wp:effectExtent l="0" t="0" r="0" b="0"/>
            <wp:docPr id="1" name="Picture 1" descr="Oberösterreichischer Ski- und Snowboardlehrerverba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riefkopf_skilehrer.jpg"/>
                    <pic:cNvPicPr/>
                  </pic:nvPicPr>
                  <pic:blipFill>
                    <a:blip r:embed="rId6"/>
                    <a:srcRect t="14019" b="41745"/>
                    <a:stretch>
                      <a:fillRect/>
                    </a:stretch>
                  </pic:blipFill>
                  <pic:spPr>
                    <a:xfrm>
                      <a:off x="0" y="0"/>
                      <a:ext cx="6675120" cy="7775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697030" w14:textId="77777777" w:rsidR="007E75D2" w:rsidRDefault="00772599">
      <w:pPr>
        <w:spacing w:after="60" w:line="240" w:lineRule="auto"/>
        <w:ind w:left="862"/>
      </w:pPr>
      <w:r>
        <w:rPr>
          <w:noProof/>
        </w:rPr>
        <w:drawing>
          <wp:inline distT="0" distB="0" distL="0" distR="0" wp14:anchorId="00632524" wp14:editId="76948042">
            <wp:extent cx="1204697" cy="498306"/>
            <wp:effectExtent l="0" t="0" r="0" b="0"/>
            <wp:docPr id="2" name="Picture 2" descr="Verbands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riefkopf_skilehrer.jpg"/>
                    <pic:cNvPicPr/>
                  </pic:nvPicPr>
                  <pic:blipFill>
                    <a:blip r:embed="rId6"/>
                    <a:srcRect l="8203" t="58255" r="73749" b="13396"/>
                    <a:stretch>
                      <a:fillRect/>
                    </a:stretch>
                  </pic:blipFill>
                  <pic:spPr>
                    <a:xfrm>
                      <a:off x="0" y="0"/>
                      <a:ext cx="1204697" cy="4983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CDDD94" w14:textId="77777777" w:rsidR="0070284A" w:rsidRDefault="0070284A">
      <w:pPr>
        <w:spacing w:after="60" w:line="240" w:lineRule="auto"/>
        <w:ind w:left="862"/>
      </w:pPr>
    </w:p>
    <w:p w14:paraId="1665EE81" w14:textId="216FCE76" w:rsidR="007E75D2" w:rsidRDefault="00772599">
      <w:pPr>
        <w:pStyle w:val="Titel"/>
        <w:keepNext/>
      </w:pPr>
      <w:proofErr w:type="spellStart"/>
      <w:proofErr w:type="gramStart"/>
      <w:r>
        <w:rPr>
          <w:rFonts w:ascii="Arial" w:hAnsi="Arial"/>
          <w:sz w:val="44"/>
        </w:rPr>
        <w:t>OÖ.Schilehrer</w:t>
      </w:r>
      <w:proofErr w:type="spellEnd"/>
      <w:proofErr w:type="gramEnd"/>
      <w:r w:rsidR="0070284A">
        <w:rPr>
          <w:rFonts w:ascii="Arial" w:hAnsi="Arial"/>
          <w:sz w:val="44"/>
        </w:rPr>
        <w:t xml:space="preserve"> </w:t>
      </w:r>
      <w:r>
        <w:rPr>
          <w:rFonts w:ascii="Arial" w:hAnsi="Arial"/>
          <w:sz w:val="44"/>
        </w:rPr>
        <w:t>-</w:t>
      </w:r>
      <w:r w:rsidR="0070284A">
        <w:rPr>
          <w:rFonts w:ascii="Arial" w:hAnsi="Arial"/>
          <w:sz w:val="44"/>
        </w:rPr>
        <w:t xml:space="preserve"> </w:t>
      </w:r>
      <w:proofErr w:type="spellStart"/>
      <w:r>
        <w:rPr>
          <w:rFonts w:ascii="Arial" w:hAnsi="Arial"/>
          <w:sz w:val="44"/>
        </w:rPr>
        <w:t>Jahreshauptversammlung</w:t>
      </w:r>
      <w:proofErr w:type="spellEnd"/>
      <w:r>
        <w:rPr>
          <w:rFonts w:ascii="Arial" w:hAnsi="Arial"/>
          <w:sz w:val="44"/>
        </w:rPr>
        <w:t xml:space="preserve"> 2026</w:t>
      </w:r>
    </w:p>
    <w:p w14:paraId="5F7B7DAA" w14:textId="77777777" w:rsidR="007E75D2" w:rsidRDefault="00772599">
      <w:pPr>
        <w:pStyle w:val="Untertitel"/>
      </w:pPr>
      <w:r>
        <w:t>Vorstand einstimmig bestätigt und langjährige Mitglieder geehrt</w:t>
      </w:r>
    </w:p>
    <w:p w14:paraId="1F90C272" w14:textId="77777777" w:rsidR="007E75D2" w:rsidRDefault="00772599">
      <w:r>
        <w:rPr>
          <w:b/>
        </w:rPr>
        <w:t>80 Teilnehmerinnen und Teilnehmer besuchten die Jahreshauptversammlung 2026 des Oberösterreichischen Ski- &amp; Snowboardlehrerverbandes. Im Mittelpunkt standen die Entwicklung des Verbandes, die Neuwahlen und die Ehrung langjähriger Mitglieder.</w:t>
      </w:r>
    </w:p>
    <w:p w14:paraId="0F80412B" w14:textId="77777777" w:rsidR="007E75D2" w:rsidRDefault="00772599">
      <w:r>
        <w:t>Obmann Wolfgang Neuhuber berichtete über Neuerungen und aktuelle Zahlen aus dem Verband. Im vergangenen Jahr wurden 480 neue Skilehrerinnen und Skilehrer ausgebildet. Insgesamt fanden 32 Ausbildungen statt.</w:t>
      </w:r>
    </w:p>
    <w:p w14:paraId="4650D979" w14:textId="77777777" w:rsidR="007E75D2" w:rsidRDefault="00772599">
      <w:r>
        <w:t>Bereits im Vorfeld wurde bei der Schischulleitertagung über wichtige Änderungen, organisatorische Abläufe und zahlreiche Details für die Arbeit der Schischulen beraten.</w:t>
      </w:r>
    </w:p>
    <w:p w14:paraId="26B3E268" w14:textId="77777777" w:rsidR="007E75D2" w:rsidRDefault="00772599">
      <w:r>
        <w:t>Bei den turnusmäßig alle vier Jahre stattfindenden Wahlen wurde der bisherige Vorstand einstimmig wiedergewählt: Obmann Wolfgang Neuhuber, Obmann-Stellvertreter Wilhelm Weissenborn und Kassier Christian Stöger. Wolfgang Neuhuber tritt damit bereits seine fünfte Amtsperiode als Obmann an.</w:t>
      </w:r>
    </w:p>
    <w:p w14:paraId="5E017563" w14:textId="77777777" w:rsidR="007E75D2" w:rsidRDefault="00772599">
      <w:pPr>
        <w:spacing w:after="240"/>
      </w:pPr>
      <w:r>
        <w:t>Für ihre langjährige Treue wurden Mitglieder für 25, 40, 50 und 60 Jahre Verbandszugehörigkeit geehrt. Ein besonderer Dank galt dem Steuerbüro Derfler &amp; Partner, das den Verband seit vielen Jahren unterstützt.</w:t>
      </w:r>
    </w:p>
    <w:tbl>
      <w:tblPr>
        <w:tblW w:w="1048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85"/>
        <w:gridCol w:w="202"/>
        <w:gridCol w:w="6797"/>
      </w:tblGrid>
      <w:tr w:rsidR="007E75D2" w14:paraId="00CF4F5A" w14:textId="77777777">
        <w:trPr>
          <w:cantSplit/>
        </w:trPr>
        <w:tc>
          <w:tcPr>
            <w:tcW w:w="3485" w:type="dxa"/>
          </w:tcPr>
          <w:p w14:paraId="79014D59" w14:textId="77777777" w:rsidR="007E75D2" w:rsidRDefault="00772599">
            <w:pPr>
              <w:keepNext/>
              <w:keepLines/>
              <w:spacing w:after="0" w:line="240" w:lineRule="auto"/>
            </w:pPr>
            <w:r>
              <w:rPr>
                <w:noProof/>
              </w:rPr>
              <w:drawing>
                <wp:inline distT="0" distB="0" distL="0" distR="0" wp14:anchorId="3A096E4C" wp14:editId="16D92750">
                  <wp:extent cx="2176272" cy="1983894"/>
                  <wp:effectExtent l="0" t="0" r="0" b="0"/>
                  <wp:docPr id="6" name="Picture 6" descr="Der einstimmig wiedergewählte Vorstand." title="Vorsta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vorstand.png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76272" cy="198389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2014F3C" w14:textId="77777777" w:rsidR="007E75D2" w:rsidRDefault="00772599">
            <w:pPr>
              <w:pStyle w:val="Beschriftung"/>
              <w:keepLines/>
              <w:spacing w:before="80"/>
            </w:pPr>
            <w:r>
              <w:rPr>
                <w:sz w:val="19"/>
              </w:rPr>
              <w:t>Der einstimmig wiedergewählte Vorstand.</w:t>
            </w:r>
          </w:p>
        </w:tc>
        <w:tc>
          <w:tcPr>
            <w:tcW w:w="202" w:type="dxa"/>
          </w:tcPr>
          <w:p w14:paraId="47498D09" w14:textId="77777777" w:rsidR="007E75D2" w:rsidRDefault="007E75D2">
            <w:pPr>
              <w:keepLines/>
              <w:spacing w:after="0" w:line="240" w:lineRule="auto"/>
            </w:pPr>
          </w:p>
        </w:tc>
        <w:tc>
          <w:tcPr>
            <w:tcW w:w="6797" w:type="dxa"/>
          </w:tcPr>
          <w:p w14:paraId="6BB45CBF" w14:textId="77777777" w:rsidR="007E75D2" w:rsidRDefault="00772599">
            <w:pPr>
              <w:keepNext/>
              <w:keepLines/>
              <w:spacing w:after="0" w:line="240" w:lineRule="auto"/>
            </w:pPr>
            <w:r>
              <w:rPr>
                <w:noProof/>
              </w:rPr>
              <w:drawing>
                <wp:inline distT="0" distB="0" distL="0" distR="0" wp14:anchorId="23C5E967" wp14:editId="74202E5F">
                  <wp:extent cx="4046220" cy="1983740"/>
                  <wp:effectExtent l="0" t="0" r="0" b="0"/>
                  <wp:docPr id="7" name="Picture 7" descr="Ehrung langjähriger Mitglieder für ihre Treue zum Verband." title="Ehrunge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ehrungen.png"/>
                          <pic:cNvPicPr/>
                        </pic:nvPicPr>
                        <pic:blipFill>
                          <a:blip r:embed="rId8"/>
                          <a:srcRect l="2000" r="2000" b="335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46536" cy="19838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156FA5C" w14:textId="77777777" w:rsidR="007E75D2" w:rsidRDefault="00772599">
            <w:pPr>
              <w:pStyle w:val="Beschriftung"/>
              <w:keepLines/>
              <w:spacing w:before="80"/>
            </w:pPr>
            <w:r>
              <w:rPr>
                <w:sz w:val="19"/>
              </w:rPr>
              <w:t>Ehrung langjähriger Mitglieder für ihre Treue zum Verband.</w:t>
            </w:r>
          </w:p>
        </w:tc>
      </w:tr>
    </w:tbl>
    <w:p w14:paraId="7A19D12A" w14:textId="77777777" w:rsidR="00772599" w:rsidRDefault="00772599"/>
    <w:sectPr w:rsidR="00772599" w:rsidSect="00034616">
      <w:pgSz w:w="12240" w:h="15840"/>
      <w:pgMar w:top="461" w:right="864" w:bottom="547" w:left="864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numm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numm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Aufzhlungszeichen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Aufzhlungszeichen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numm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ufzhlungszeich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654069271">
    <w:abstractNumId w:val="8"/>
  </w:num>
  <w:num w:numId="2" w16cid:durableId="799692030">
    <w:abstractNumId w:val="6"/>
  </w:num>
  <w:num w:numId="3" w16cid:durableId="1111120594">
    <w:abstractNumId w:val="5"/>
  </w:num>
  <w:num w:numId="4" w16cid:durableId="1508399428">
    <w:abstractNumId w:val="4"/>
  </w:num>
  <w:num w:numId="5" w16cid:durableId="899940583">
    <w:abstractNumId w:val="7"/>
  </w:num>
  <w:num w:numId="6" w16cid:durableId="132135764">
    <w:abstractNumId w:val="3"/>
  </w:num>
  <w:num w:numId="7" w16cid:durableId="1458797879">
    <w:abstractNumId w:val="2"/>
  </w:num>
  <w:num w:numId="8" w16cid:durableId="2129658749">
    <w:abstractNumId w:val="1"/>
  </w:num>
  <w:num w:numId="9" w16cid:durableId="18253200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37718"/>
    <w:rsid w:val="00260013"/>
    <w:rsid w:val="0029639D"/>
    <w:rsid w:val="00326F90"/>
    <w:rsid w:val="0070284A"/>
    <w:rsid w:val="00772599"/>
    <w:rsid w:val="007E75D2"/>
    <w:rsid w:val="00AA1D8D"/>
    <w:rsid w:val="00B47730"/>
    <w:rsid w:val="00CB0664"/>
    <w:rsid w:val="00DC3F1E"/>
    <w:rsid w:val="00EF2B80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4062061"/>
  <w14:defaultImageDpi w14:val="300"/>
  <w15:docId w15:val="{7C408F67-2BA0-42E5-A4A2-EA585E6F96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FC693F"/>
    <w:pPr>
      <w:spacing w:after="140" w:line="259" w:lineRule="auto"/>
    </w:pPr>
    <w:rPr>
      <w:rFonts w:ascii="Arial" w:hAnsi="Arial"/>
      <w:color w:val="000000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E618BF"/>
  </w:style>
  <w:style w:type="paragraph" w:styleId="Fuzeile">
    <w:name w:val="footer"/>
    <w:basedOn w:val="Standard"/>
    <w:link w:val="FuzeileZchn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E618BF"/>
  </w:style>
  <w:style w:type="paragraph" w:styleId="KeinLeerraum">
    <w:name w:val="No Spacing"/>
    <w:uiPriority w:val="1"/>
    <w:qFormat/>
    <w:rsid w:val="00FC693F"/>
    <w:pPr>
      <w:spacing w:after="0" w:line="240" w:lineRule="auto"/>
    </w:pPr>
  </w:style>
  <w:style w:type="character" w:customStyle="1" w:styleId="berschrift1Zchn">
    <w:name w:val="Überschrift 1 Zchn"/>
    <w:basedOn w:val="Absatz-Standardschriftart"/>
    <w:link w:val="berschrift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el">
    <w:name w:val="Title"/>
    <w:basedOn w:val="Standard"/>
    <w:next w:val="Standard"/>
    <w:link w:val="TitelZchn"/>
    <w:uiPriority w:val="10"/>
    <w:qFormat/>
    <w:rsid w:val="00FC693F"/>
    <w:pPr>
      <w:spacing w:after="80" w:line="240" w:lineRule="auto"/>
      <w:contextualSpacing/>
    </w:pPr>
    <w:rPr>
      <w:rFonts w:asciiTheme="majorHAnsi" w:eastAsiaTheme="majorEastAsia" w:hAnsiTheme="majorHAnsi" w:cstheme="majorBidi"/>
      <w:b/>
      <w:kern w:val="28"/>
      <w:sz w:val="46"/>
      <w:szCs w:val="52"/>
    </w:rPr>
  </w:style>
  <w:style w:type="character" w:customStyle="1" w:styleId="TitelZchn">
    <w:name w:val="Titel Zchn"/>
    <w:basedOn w:val="Absatz-Standardschriftart"/>
    <w:link w:val="Tite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kern w:val="28"/>
      <w:sz w:val="52"/>
      <w:szCs w:val="52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FC693F"/>
    <w:pPr>
      <w:numPr>
        <w:ilvl w:val="1"/>
      </w:numPr>
      <w:spacing w:after="240" w:line="252" w:lineRule="auto"/>
    </w:pPr>
    <w:rPr>
      <w:rFonts w:asciiTheme="majorHAnsi" w:eastAsiaTheme="majorEastAsia" w:hAnsiTheme="majorHAnsi" w:cstheme="majorBidi"/>
      <w:b/>
      <w:iCs/>
      <w:sz w:val="25"/>
      <w:szCs w:val="24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z w:val="24"/>
      <w:szCs w:val="24"/>
    </w:rPr>
  </w:style>
  <w:style w:type="paragraph" w:styleId="Listenabsatz">
    <w:name w:val="List Paragraph"/>
    <w:basedOn w:val="Standard"/>
    <w:uiPriority w:val="34"/>
    <w:qFormat/>
    <w:rsid w:val="00FC693F"/>
    <w:pPr>
      <w:ind w:left="720"/>
      <w:contextualSpacing/>
    </w:pPr>
  </w:style>
  <w:style w:type="paragraph" w:styleId="Textkrper">
    <w:name w:val="Body Text"/>
    <w:basedOn w:val="Standard"/>
    <w:link w:val="TextkrperZchn"/>
    <w:uiPriority w:val="99"/>
    <w:unhideWhenUsed/>
    <w:rsid w:val="00AA1D8D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rsid w:val="00AA1D8D"/>
  </w:style>
  <w:style w:type="paragraph" w:styleId="Textkrper2">
    <w:name w:val="Body Text 2"/>
    <w:basedOn w:val="Standard"/>
    <w:link w:val="Textkrper2Zchn"/>
    <w:uiPriority w:val="99"/>
    <w:unhideWhenUsed/>
    <w:rsid w:val="00AA1D8D"/>
    <w:pPr>
      <w:spacing w:after="120" w:line="480" w:lineRule="auto"/>
    </w:pPr>
  </w:style>
  <w:style w:type="character" w:customStyle="1" w:styleId="Textkrper2Zchn">
    <w:name w:val="Textkörper 2 Zchn"/>
    <w:basedOn w:val="Absatz-Standardschriftart"/>
    <w:link w:val="Textkrper2"/>
    <w:uiPriority w:val="99"/>
    <w:rsid w:val="00AA1D8D"/>
  </w:style>
  <w:style w:type="paragraph" w:styleId="Textkrper3">
    <w:name w:val="Body Text 3"/>
    <w:basedOn w:val="Standard"/>
    <w:link w:val="Textkrper3Zchn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krper3Zchn">
    <w:name w:val="Textkörper 3 Zchn"/>
    <w:basedOn w:val="Absatz-Standardschriftart"/>
    <w:link w:val="Textkrper3"/>
    <w:uiPriority w:val="99"/>
    <w:rsid w:val="00AA1D8D"/>
    <w:rPr>
      <w:sz w:val="16"/>
      <w:szCs w:val="16"/>
    </w:rPr>
  </w:style>
  <w:style w:type="paragraph" w:styleId="Liste">
    <w:name w:val="List"/>
    <w:basedOn w:val="Standard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Standard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Standard"/>
    <w:uiPriority w:val="99"/>
    <w:unhideWhenUsed/>
    <w:rsid w:val="00326F90"/>
    <w:pPr>
      <w:ind w:left="1080" w:hanging="360"/>
      <w:contextualSpacing/>
    </w:pPr>
  </w:style>
  <w:style w:type="paragraph" w:styleId="Aufzhlungszeichen">
    <w:name w:val="List Bullet"/>
    <w:basedOn w:val="Standard"/>
    <w:uiPriority w:val="99"/>
    <w:unhideWhenUsed/>
    <w:rsid w:val="00326F90"/>
    <w:pPr>
      <w:numPr>
        <w:numId w:val="1"/>
      </w:numPr>
      <w:contextualSpacing/>
    </w:pPr>
  </w:style>
  <w:style w:type="paragraph" w:styleId="Aufzhlungszeichen2">
    <w:name w:val="List Bullet 2"/>
    <w:basedOn w:val="Standard"/>
    <w:uiPriority w:val="99"/>
    <w:unhideWhenUsed/>
    <w:rsid w:val="00326F90"/>
    <w:pPr>
      <w:numPr>
        <w:numId w:val="2"/>
      </w:numPr>
      <w:contextualSpacing/>
    </w:pPr>
  </w:style>
  <w:style w:type="paragraph" w:styleId="Aufzhlungszeichen3">
    <w:name w:val="List Bullet 3"/>
    <w:basedOn w:val="Standard"/>
    <w:uiPriority w:val="99"/>
    <w:unhideWhenUsed/>
    <w:rsid w:val="00326F90"/>
    <w:pPr>
      <w:numPr>
        <w:numId w:val="3"/>
      </w:numPr>
      <w:contextualSpacing/>
    </w:pPr>
  </w:style>
  <w:style w:type="paragraph" w:styleId="Listennummer">
    <w:name w:val="List Number"/>
    <w:basedOn w:val="Standard"/>
    <w:uiPriority w:val="99"/>
    <w:unhideWhenUsed/>
    <w:rsid w:val="00326F90"/>
    <w:pPr>
      <w:numPr>
        <w:numId w:val="5"/>
      </w:numPr>
      <w:contextualSpacing/>
    </w:pPr>
  </w:style>
  <w:style w:type="paragraph" w:styleId="Listennummer2">
    <w:name w:val="List Number 2"/>
    <w:basedOn w:val="Standard"/>
    <w:uiPriority w:val="99"/>
    <w:unhideWhenUsed/>
    <w:rsid w:val="0029639D"/>
    <w:pPr>
      <w:numPr>
        <w:numId w:val="6"/>
      </w:numPr>
      <w:contextualSpacing/>
    </w:pPr>
  </w:style>
  <w:style w:type="paragraph" w:styleId="Listennummer3">
    <w:name w:val="List Number 3"/>
    <w:basedOn w:val="Standard"/>
    <w:uiPriority w:val="99"/>
    <w:unhideWhenUsed/>
    <w:rsid w:val="0029639D"/>
    <w:pPr>
      <w:numPr>
        <w:numId w:val="7"/>
      </w:numPr>
      <w:contextualSpacing/>
    </w:pPr>
  </w:style>
  <w:style w:type="paragraph" w:styleId="Listenfortsetzung">
    <w:name w:val="List Continue"/>
    <w:basedOn w:val="Standard"/>
    <w:uiPriority w:val="99"/>
    <w:unhideWhenUsed/>
    <w:rsid w:val="0029639D"/>
    <w:pPr>
      <w:spacing w:after="120"/>
      <w:ind w:left="360"/>
      <w:contextualSpacing/>
    </w:pPr>
  </w:style>
  <w:style w:type="paragraph" w:styleId="Listenfortsetzung2">
    <w:name w:val="List Continue 2"/>
    <w:basedOn w:val="Standard"/>
    <w:uiPriority w:val="99"/>
    <w:unhideWhenUsed/>
    <w:rsid w:val="0029639D"/>
    <w:pPr>
      <w:spacing w:after="120"/>
      <w:ind w:left="720"/>
      <w:contextualSpacing/>
    </w:pPr>
  </w:style>
  <w:style w:type="paragraph" w:styleId="Listenfortsetzung3">
    <w:name w:val="List Continue 3"/>
    <w:basedOn w:val="Standard"/>
    <w:uiPriority w:val="99"/>
    <w:unhideWhenUsed/>
    <w:rsid w:val="0029639D"/>
    <w:pPr>
      <w:spacing w:after="120"/>
      <w:ind w:left="1080"/>
      <w:contextualSpacing/>
    </w:pPr>
  </w:style>
  <w:style w:type="paragraph" w:styleId="Makrotext">
    <w:name w:val="macro"/>
    <w:link w:val="MakrotextZchn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textZchn">
    <w:name w:val="Makrotext Zchn"/>
    <w:basedOn w:val="Absatz-Standardschriftart"/>
    <w:link w:val="Makrotext"/>
    <w:uiPriority w:val="99"/>
    <w:rsid w:val="0029639D"/>
    <w:rPr>
      <w:rFonts w:ascii="Courier" w:hAnsi="Courier"/>
      <w:sz w:val="20"/>
      <w:szCs w:val="20"/>
    </w:rPr>
  </w:style>
  <w:style w:type="paragraph" w:styleId="Zitat">
    <w:name w:val="Quote"/>
    <w:basedOn w:val="Standard"/>
    <w:next w:val="Standard"/>
    <w:link w:val="ZitatZchn"/>
    <w:uiPriority w:val="29"/>
    <w:qFormat/>
    <w:rsid w:val="00FC693F"/>
    <w:rPr>
      <w:i/>
      <w:iCs/>
      <w:color w:val="000000" w:themeColor="text1"/>
    </w:rPr>
  </w:style>
  <w:style w:type="character" w:customStyle="1" w:styleId="ZitatZchn">
    <w:name w:val="Zitat Zchn"/>
    <w:basedOn w:val="Absatz-Standardschriftart"/>
    <w:link w:val="Zitat"/>
    <w:uiPriority w:val="29"/>
    <w:rsid w:val="00FC693F"/>
    <w:rPr>
      <w:i/>
      <w:iCs/>
      <w:color w:val="000000" w:themeColor="text1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eschriftung">
    <w:name w:val="caption"/>
    <w:basedOn w:val="Standard"/>
    <w:next w:val="Standard"/>
    <w:uiPriority w:val="35"/>
    <w:semiHidden/>
    <w:unhideWhenUsed/>
    <w:qFormat/>
    <w:rsid w:val="00FC693F"/>
    <w:pPr>
      <w:spacing w:before="100" w:after="0" w:line="252" w:lineRule="auto"/>
    </w:pPr>
    <w:rPr>
      <w:bCs/>
      <w:sz w:val="18"/>
      <w:szCs w:val="18"/>
    </w:rPr>
  </w:style>
  <w:style w:type="character" w:styleId="Fett">
    <w:name w:val="Strong"/>
    <w:basedOn w:val="Absatz-Standardschriftart"/>
    <w:uiPriority w:val="22"/>
    <w:qFormat/>
    <w:rsid w:val="00FC693F"/>
    <w:rPr>
      <w:b/>
      <w:bCs/>
    </w:rPr>
  </w:style>
  <w:style w:type="character" w:styleId="Hervorhebung">
    <w:name w:val="Emphasis"/>
    <w:basedOn w:val="Absatz-Standardschriftart"/>
    <w:uiPriority w:val="20"/>
    <w:qFormat/>
    <w:rsid w:val="00FC693F"/>
    <w:rPr>
      <w:i/>
      <w:iCs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FC693F"/>
    <w:rPr>
      <w:b/>
      <w:bCs/>
      <w:i/>
      <w:iCs/>
      <w:color w:val="4F81BD" w:themeColor="accent1"/>
    </w:rPr>
  </w:style>
  <w:style w:type="character" w:styleId="SchwacheHervorhebung">
    <w:name w:val="Subtle Emphasis"/>
    <w:basedOn w:val="Absatz-Standardschriftart"/>
    <w:uiPriority w:val="19"/>
    <w:qFormat/>
    <w:rsid w:val="00FC693F"/>
    <w:rPr>
      <w:i/>
      <w:iCs/>
      <w:color w:val="808080" w:themeColor="text1" w:themeTint="7F"/>
    </w:rPr>
  </w:style>
  <w:style w:type="character" w:styleId="IntensiveHervorhebung">
    <w:name w:val="Intense Emphasis"/>
    <w:basedOn w:val="Absatz-Standardschriftart"/>
    <w:uiPriority w:val="21"/>
    <w:qFormat/>
    <w:rsid w:val="00FC693F"/>
    <w:rPr>
      <w:b/>
      <w:bCs/>
      <w:i/>
      <w:iCs/>
      <w:color w:val="4F81BD" w:themeColor="accent1"/>
    </w:rPr>
  </w:style>
  <w:style w:type="character" w:styleId="SchwacherVerweis">
    <w:name w:val="Subtle Reference"/>
    <w:basedOn w:val="Absatz-Standardschriftart"/>
    <w:uiPriority w:val="31"/>
    <w:qFormat/>
    <w:rsid w:val="00FC693F"/>
    <w:rPr>
      <w:smallCaps/>
      <w:color w:val="C0504D" w:themeColor="accent2"/>
      <w:u w:val="single"/>
    </w:rPr>
  </w:style>
  <w:style w:type="character" w:styleId="IntensiverVerweis">
    <w:name w:val="Intense Reference"/>
    <w:basedOn w:val="Absatz-Standardschriftart"/>
    <w:uiPriority w:val="32"/>
    <w:qFormat/>
    <w:rsid w:val="00FC693F"/>
    <w:rPr>
      <w:b/>
      <w:bCs/>
      <w:smallCaps/>
      <w:color w:val="C0504D" w:themeColor="accent2"/>
      <w:u w:val="single"/>
    </w:rPr>
  </w:style>
  <w:style w:type="character" w:styleId="Buchtitel">
    <w:name w:val="Book Title"/>
    <w:basedOn w:val="Absatz-Standardschriftart"/>
    <w:uiPriority w:val="33"/>
    <w:qFormat/>
    <w:rsid w:val="00FC693F"/>
    <w:rPr>
      <w:b/>
      <w:bCs/>
      <w:smallCaps/>
    </w:rPr>
  </w:style>
  <w:style w:type="paragraph" w:styleId="Inhaltsverzeichnisberschrift">
    <w:name w:val="TOC Heading"/>
    <w:basedOn w:val="berschrift1"/>
    <w:next w:val="Standard"/>
    <w:uiPriority w:val="39"/>
    <w:semiHidden/>
    <w:unhideWhenUsed/>
    <w:qFormat/>
    <w:rsid w:val="00FC693F"/>
    <w:pPr>
      <w:outlineLvl w:val="9"/>
    </w:pPr>
  </w:style>
  <w:style w:type="table" w:styleId="Tabellenraster">
    <w:name w:val="Table Grid"/>
    <w:basedOn w:val="NormaleTabel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HelleSchattierung">
    <w:name w:val="Light Shading"/>
    <w:basedOn w:val="NormaleTabel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HelleSchattierung-Akzent1">
    <w:name w:val="Light Shading Accent 1"/>
    <w:basedOn w:val="NormaleTabel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HelleSchattierung-Akzent2">
    <w:name w:val="Light Shading Accent 2"/>
    <w:basedOn w:val="NormaleTabel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HelleSchattierung-Akzent3">
    <w:name w:val="Light Shading Accent 3"/>
    <w:basedOn w:val="NormaleTabel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HelleSchattierung-Akzent4">
    <w:name w:val="Light Shading Accent 4"/>
    <w:basedOn w:val="NormaleTabel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HelleSchattierung-Akzent5">
    <w:name w:val="Light Shading Accent 5"/>
    <w:basedOn w:val="NormaleTabel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HelleSchattierung-Akzent6">
    <w:name w:val="Light Shading Accent 6"/>
    <w:basedOn w:val="NormaleTabel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HelleListe">
    <w:name w:val="Light List"/>
    <w:basedOn w:val="NormaleTabel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HelleListe-Akzent1">
    <w:name w:val="Light List Accent 1"/>
    <w:basedOn w:val="NormaleTabel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HelleListe-Akzent2">
    <w:name w:val="Light List Accent 2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HelleListe-Akzent3">
    <w:name w:val="Light List Accent 3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HelleListe-Akzent4">
    <w:name w:val="Light List Accent 4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HelleListe-Akzent5">
    <w:name w:val="Light List Accent 5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HelleListe-Akzent6">
    <w:name w:val="Light List Accent 6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HellesRaster">
    <w:name w:val="Light Grid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HellesRaster-Akzent1">
    <w:name w:val="Light Grid Accent 1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HellesRaster-Akzent2">
    <w:name w:val="Light Grid Accent 2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HellesRaster-Akzent3">
    <w:name w:val="Light Grid Accent 3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HellesRaster-Akzent4">
    <w:name w:val="Light Grid Accent 4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HellesRaster-Akzent5">
    <w:name w:val="Light Grid Accent 5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HellesRaster-Akzent6">
    <w:name w:val="Light Grid Accent 6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ittlereSchattierung1">
    <w:name w:val="Medium Shading 1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1">
    <w:name w:val="Medium Shading 1 Accent 1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2">
    <w:name w:val="Medium Shading 1 Accent 2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3">
    <w:name w:val="Medium Shading 1 Accent 3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4">
    <w:name w:val="Medium Shading 1 Accent 4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5">
    <w:name w:val="Medium Shading 1 Accent 5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6">
    <w:name w:val="Medium Shading 1 Accent 6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2">
    <w:name w:val="Medium Shading 2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1">
    <w:name w:val="Medium Shading 2 Accent 1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2">
    <w:name w:val="Medium Shading 2 Accent 2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3">
    <w:name w:val="Medium Shading 2 Accent 3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4">
    <w:name w:val="Medium Shading 2 Accent 4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5">
    <w:name w:val="Medium Shading 2 Accent 5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6">
    <w:name w:val="Medium Shading 2 Accent 6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Liste1">
    <w:name w:val="Medium List 1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ittlereListe1-Akzent1">
    <w:name w:val="Medium List 1 Accent 1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ittlereListe1-Akzent2">
    <w:name w:val="Medium List 1 Accent 2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ittlereListe1-Akzent3">
    <w:name w:val="Medium List 1 Accent 3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ittlereListe1-Akzent4">
    <w:name w:val="Medium List 1 Accent 4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ittlereListe1-Akzent5">
    <w:name w:val="Medium List 1 Accent 5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ittlereListe1-Akzent6">
    <w:name w:val="Medium List 1 Accent 6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ittlereListe2">
    <w:name w:val="Medium List 2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1">
    <w:name w:val="Medium List 2 Accent 1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2">
    <w:name w:val="Medium List 2 Accent 2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3">
    <w:name w:val="Medium List 2 Accent 3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4">
    <w:name w:val="Medium List 2 Accent 4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5">
    <w:name w:val="Medium List 2 Accent 5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6">
    <w:name w:val="Medium List 2 Accent 6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sRaster1">
    <w:name w:val="Medium Grid 1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ittleresRaster1-Akzent1">
    <w:name w:val="Medium Grid 1 Accent 1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ittleresRaster1-Akzent2">
    <w:name w:val="Medium Grid 1 Accent 2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ittleresRaster1-Akzent3">
    <w:name w:val="Medium Grid 1 Accent 3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ittleresRaster1-Akzent4">
    <w:name w:val="Medium Grid 1 Accent 4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ittleresRaster1-Akzent5">
    <w:name w:val="Medium Grid 1 Accent 5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ittleresRaster1-Akzent6">
    <w:name w:val="Medium Grid 1 Accent 6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ittleresRaster2">
    <w:name w:val="Medium Grid 2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1">
    <w:name w:val="Medium Grid 2 Accent 1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2">
    <w:name w:val="Medium Grid 2 Accent 2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3">
    <w:name w:val="Medium Grid 2 Accent 3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4">
    <w:name w:val="Medium Grid 2 Accent 4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5">
    <w:name w:val="Medium Grid 2 Accent 5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6">
    <w:name w:val="Medium Grid 2 Accent 6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3">
    <w:name w:val="Medium Grid 3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ittleresRaster3-Akzent1">
    <w:name w:val="Medium Grid 3 Accent 1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ittleresRaster3-Akzent2">
    <w:name w:val="Medium Grid 3 Accent 2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ittleresRaster3-Akzent3">
    <w:name w:val="Medium Grid 3 Accent 3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ittleresRaster3-Akzent4">
    <w:name w:val="Medium Grid 3 Accent 4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ittleresRaster3-Akzent5">
    <w:name w:val="Medium Grid 3 Accent 5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ittleresRaster3-Akzent6">
    <w:name w:val="Medium Grid 3 Accent 6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unkleListe">
    <w:name w:val="Dark List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unkleListe-Akzent1">
    <w:name w:val="Dark List Accent 1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unkleListe-Akzent2">
    <w:name w:val="Dark List Accent 2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unkleListe-Akzent3">
    <w:name w:val="Dark List Accent 3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unkleListe-Akzent4">
    <w:name w:val="Dark List Accent 4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unkleListe-Akzent5">
    <w:name w:val="Dark List Accent 5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unkleListe-Akzent6">
    <w:name w:val="Dark List Accent 6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bigeSchattierung">
    <w:name w:val="Colorful Shading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1">
    <w:name w:val="Colorful Shading Accent 1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2">
    <w:name w:val="Colorful Shading Accent 2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3">
    <w:name w:val="Colorful Shading Accent 3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bigeSchattierung-Akzent4">
    <w:name w:val="Colorful Shading Accent 4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5">
    <w:name w:val="Colorful Shading Accent 5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6">
    <w:name w:val="Colorful Shading Accent 6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Liste">
    <w:name w:val="Colorful List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bigeListe-Akzent1">
    <w:name w:val="Colorful List Accent 1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bigeListe-Akzent2">
    <w:name w:val="Colorful List Accent 2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bigeListe-Akzent3">
    <w:name w:val="Colorful List Accent 3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bigeListe-Akzent4">
    <w:name w:val="Colorful List Accent 4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bigeListe-Akzent5">
    <w:name w:val="Colorful List Accent 5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bigeListe-Akzent6">
    <w:name w:val="Colorful List Accent 6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bigesRaster">
    <w:name w:val="Colorful Grid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bigesRaster-Akzent1">
    <w:name w:val="Colorful Grid Accent 1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bigesRaster-Akzent2">
    <w:name w:val="Colorful Grid Accent 2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bigesRaster-Akzent3">
    <w:name w:val="Colorful Grid Accent 3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bigesRaster-Akzent4">
    <w:name w:val="Colorful Grid Accent 4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bigesRaster-Akzent5">
    <w:name w:val="Colorful Grid Accent 5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bigesRaster-Akzent6">
    <w:name w:val="Colorful Grid Accent 6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183</Words>
  <Characters>1153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1334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OÖ.Schilehrer-Jahreshauptversammlung 2026</dc:title>
  <dc:subject>Oberösterreichischer Ski- und Snowboardlehrerverband</dc:subject>
  <dc:creator>Oberösterreichischer Ski- &amp; Snowboardlehrerverband</dc:creator>
  <cp:keywords>Jahreshauptversammlung, 2026, Pressebericht</cp:keywords>
  <dc:description>generated by python-docx</dc:description>
  <cp:lastModifiedBy>Neuhuber Wolfgang</cp:lastModifiedBy>
  <cp:revision>3</cp:revision>
  <dcterms:created xsi:type="dcterms:W3CDTF">2026-11-01T12:17:00Z</dcterms:created>
  <dcterms:modified xsi:type="dcterms:W3CDTF">2026-11-01T17:46:00Z</dcterms:modified>
  <cp:category/>
</cp:coreProperties>
</file>